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04904" w14:textId="77777777" w:rsidR="00AE1D53" w:rsidRPr="000C70D8" w:rsidRDefault="00000000">
      <w:pPr>
        <w:spacing w:after="40"/>
        <w:jc w:val="center"/>
        <w:rPr>
          <w:rFonts w:ascii="Times New Roman" w:hAnsi="Times New Roman" w:cs="Times New Roman"/>
          <w:sz w:val="36"/>
          <w:szCs w:val="36"/>
        </w:rPr>
      </w:pPr>
      <w:r w:rsidRPr="000C70D8">
        <w:rPr>
          <w:rFonts w:ascii="Times New Roman" w:hAnsi="Times New Roman" w:cs="Times New Roman"/>
          <w:b/>
          <w:color w:val="1F4E79"/>
          <w:sz w:val="36"/>
          <w:szCs w:val="36"/>
        </w:rPr>
        <w:t>BEST FROM CHINA EXPO 2027</w:t>
      </w:r>
    </w:p>
    <w:p w14:paraId="15EDEBEF" w14:textId="77777777" w:rsidR="00AE1D53" w:rsidRPr="000C70D8" w:rsidRDefault="00000000">
      <w:pPr>
        <w:spacing w:after="200"/>
        <w:jc w:val="center"/>
        <w:rPr>
          <w:rFonts w:ascii="Times New Roman" w:hAnsi="Times New Roman" w:cs="Times New Roman"/>
        </w:rPr>
      </w:pPr>
      <w:r w:rsidRPr="000C70D8">
        <w:rPr>
          <w:rFonts w:ascii="Times New Roman" w:hAnsi="Times New Roman" w:cs="Times New Roman"/>
          <w:color w:val="666666"/>
        </w:rPr>
        <w:t>Kiállítói jelentkezési lap</w:t>
      </w:r>
    </w:p>
    <w:p w14:paraId="4482776F" w14:textId="6C10A196" w:rsidR="00AE1D53" w:rsidRPr="000C70D8" w:rsidRDefault="00000000">
      <w:pPr>
        <w:pStyle w:val="1"/>
        <w:rPr>
          <w:rFonts w:ascii="Times New Roman" w:hAnsi="Times New Roman" w:cs="Times New Roman"/>
          <w:sz w:val="24"/>
          <w:szCs w:val="24"/>
        </w:rPr>
      </w:pPr>
      <w:r w:rsidRPr="000C70D8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0C70D8">
        <w:rPr>
          <w:rFonts w:ascii="Times New Roman" w:hAnsi="Times New Roman" w:cs="Times New Roman"/>
          <w:sz w:val="24"/>
          <w:szCs w:val="24"/>
        </w:rPr>
        <w:t>Szervezeti</w:t>
      </w:r>
      <w:proofErr w:type="spellEnd"/>
      <w:r w:rsidRPr="000C70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0D8">
        <w:rPr>
          <w:rFonts w:ascii="Times New Roman" w:hAnsi="Times New Roman" w:cs="Times New Roman"/>
          <w:sz w:val="24"/>
          <w:szCs w:val="24"/>
        </w:rPr>
        <w:t>adatok</w:t>
      </w:r>
      <w:proofErr w:type="spellEnd"/>
    </w:p>
    <w:tbl>
      <w:tblPr>
        <w:tblStyle w:val="aff1"/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2401"/>
        <w:gridCol w:w="6959"/>
      </w:tblGrid>
      <w:tr w:rsidR="00AE1D53" w:rsidRPr="000C70D8" w14:paraId="151F3626" w14:textId="77777777" w:rsidTr="000C70D8">
        <w:trPr>
          <w:jc w:val="center"/>
        </w:trPr>
        <w:tc>
          <w:tcPr>
            <w:tcW w:w="2401" w:type="dxa"/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C2CB0CB" w14:textId="77777777" w:rsidR="00AE1D53" w:rsidRPr="000C70D8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C70D8">
              <w:rPr>
                <w:rFonts w:ascii="Times New Roman" w:hAnsi="Times New Roman" w:cs="Times New Roman"/>
                <w:b/>
                <w:color w:val="1F4E79"/>
                <w:sz w:val="14"/>
                <w:szCs w:val="18"/>
              </w:rPr>
              <w:t>Teljes hivatalos név *</w:t>
            </w:r>
          </w:p>
        </w:tc>
        <w:tc>
          <w:tcPr>
            <w:tcW w:w="695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98742EC" w14:textId="166AD2B8" w:rsidR="00AE1D53" w:rsidRPr="000C70D8" w:rsidRDefault="00AE1D53">
            <w:pPr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AE1D53" w:rsidRPr="000C70D8" w14:paraId="27DC27D7" w14:textId="77777777" w:rsidTr="000C70D8">
        <w:trPr>
          <w:jc w:val="center"/>
        </w:trPr>
        <w:tc>
          <w:tcPr>
            <w:tcW w:w="2401" w:type="dxa"/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96CFE2F" w14:textId="54F6CBF0" w:rsidR="00AE1D53" w:rsidRPr="000C70D8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C70D8">
              <w:rPr>
                <w:rFonts w:ascii="Times New Roman" w:hAnsi="Times New Roman" w:cs="Times New Roman"/>
                <w:b/>
                <w:color w:val="1F4E79"/>
                <w:sz w:val="14"/>
                <w:szCs w:val="18"/>
              </w:rPr>
              <w:t>Bejegyz</w:t>
            </w:r>
            <w:r w:rsidR="007739E4">
              <w:rPr>
                <w:rFonts w:ascii="Times New Roman" w:hAnsi="Times New Roman" w:cs="Times New Roman"/>
                <w:b/>
                <w:color w:val="1F4E79"/>
                <w:sz w:val="14"/>
                <w:szCs w:val="18"/>
              </w:rPr>
              <w:t>ett</w:t>
            </w:r>
            <w:proofErr w:type="spellEnd"/>
            <w:r w:rsidRPr="000C70D8">
              <w:rPr>
                <w:rFonts w:ascii="Times New Roman" w:hAnsi="Times New Roman" w:cs="Times New Roman"/>
                <w:b/>
                <w:color w:val="1F4E79"/>
                <w:sz w:val="14"/>
                <w:szCs w:val="18"/>
              </w:rPr>
              <w:t xml:space="preserve"> </w:t>
            </w:r>
            <w:proofErr w:type="spellStart"/>
            <w:r w:rsidRPr="000C70D8">
              <w:rPr>
                <w:rFonts w:ascii="Times New Roman" w:hAnsi="Times New Roman" w:cs="Times New Roman"/>
                <w:b/>
                <w:color w:val="1F4E79"/>
                <w:sz w:val="14"/>
                <w:szCs w:val="18"/>
              </w:rPr>
              <w:t>ország</w:t>
            </w:r>
            <w:proofErr w:type="spellEnd"/>
            <w:r w:rsidRPr="000C70D8">
              <w:rPr>
                <w:rFonts w:ascii="Times New Roman" w:hAnsi="Times New Roman" w:cs="Times New Roman"/>
                <w:b/>
                <w:color w:val="1F4E79"/>
                <w:sz w:val="14"/>
                <w:szCs w:val="18"/>
              </w:rPr>
              <w:t xml:space="preserve"> *</w:t>
            </w:r>
          </w:p>
        </w:tc>
        <w:tc>
          <w:tcPr>
            <w:tcW w:w="695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5603BA0" w14:textId="1ADEAABE" w:rsidR="00AE1D53" w:rsidRPr="000C70D8" w:rsidRDefault="00AE1D53">
            <w:pPr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AE1D53" w:rsidRPr="000C70D8" w14:paraId="4D771906" w14:textId="77777777" w:rsidTr="000C70D8">
        <w:trPr>
          <w:jc w:val="center"/>
        </w:trPr>
        <w:tc>
          <w:tcPr>
            <w:tcW w:w="2401" w:type="dxa"/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3F13E38" w14:textId="79B91D58" w:rsidR="00AE1D53" w:rsidRPr="000C70D8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C70D8">
              <w:rPr>
                <w:rFonts w:ascii="Times New Roman" w:hAnsi="Times New Roman" w:cs="Times New Roman"/>
                <w:b/>
                <w:color w:val="1F4E79"/>
                <w:sz w:val="14"/>
                <w:szCs w:val="18"/>
              </w:rPr>
              <w:t>Cég</w:t>
            </w:r>
            <w:proofErr w:type="spellEnd"/>
            <w:r w:rsidRPr="000C70D8">
              <w:rPr>
                <w:rFonts w:ascii="Times New Roman" w:hAnsi="Times New Roman" w:cs="Times New Roman"/>
                <w:b/>
                <w:color w:val="1F4E79"/>
                <w:sz w:val="14"/>
                <w:szCs w:val="18"/>
              </w:rPr>
              <w:t>-/</w:t>
            </w:r>
            <w:proofErr w:type="spellStart"/>
            <w:r w:rsidRPr="000C70D8">
              <w:rPr>
                <w:rFonts w:ascii="Times New Roman" w:hAnsi="Times New Roman" w:cs="Times New Roman"/>
                <w:b/>
                <w:color w:val="1F4E79"/>
                <w:sz w:val="14"/>
                <w:szCs w:val="18"/>
              </w:rPr>
              <w:t>szervezeti</w:t>
            </w:r>
            <w:proofErr w:type="spellEnd"/>
            <w:r w:rsidRPr="000C70D8">
              <w:rPr>
                <w:rFonts w:ascii="Times New Roman" w:hAnsi="Times New Roman" w:cs="Times New Roman"/>
                <w:b/>
                <w:color w:val="1F4E79"/>
                <w:sz w:val="14"/>
                <w:szCs w:val="18"/>
              </w:rPr>
              <w:t xml:space="preserve"> </w:t>
            </w:r>
            <w:proofErr w:type="spellStart"/>
            <w:r w:rsidRPr="000C70D8">
              <w:rPr>
                <w:rFonts w:ascii="Times New Roman" w:hAnsi="Times New Roman" w:cs="Times New Roman"/>
                <w:b/>
                <w:color w:val="1F4E79"/>
                <w:sz w:val="14"/>
                <w:szCs w:val="18"/>
              </w:rPr>
              <w:t>nyilvántartási</w:t>
            </w:r>
            <w:proofErr w:type="spellEnd"/>
            <w:r w:rsidRPr="000C70D8">
              <w:rPr>
                <w:rFonts w:ascii="Times New Roman" w:hAnsi="Times New Roman" w:cs="Times New Roman"/>
                <w:b/>
                <w:color w:val="1F4E79"/>
                <w:sz w:val="14"/>
                <w:szCs w:val="18"/>
              </w:rPr>
              <w:t xml:space="preserve"> </w:t>
            </w:r>
            <w:proofErr w:type="spellStart"/>
            <w:r w:rsidRPr="000C70D8">
              <w:rPr>
                <w:rFonts w:ascii="Times New Roman" w:hAnsi="Times New Roman" w:cs="Times New Roman"/>
                <w:b/>
                <w:color w:val="1F4E79"/>
                <w:sz w:val="14"/>
                <w:szCs w:val="18"/>
              </w:rPr>
              <w:t>szám</w:t>
            </w:r>
            <w:proofErr w:type="spellEnd"/>
            <w:r w:rsidRPr="000C70D8">
              <w:rPr>
                <w:rFonts w:ascii="Times New Roman" w:hAnsi="Times New Roman" w:cs="Times New Roman"/>
                <w:b/>
                <w:color w:val="1F4E79"/>
                <w:sz w:val="14"/>
                <w:szCs w:val="18"/>
              </w:rPr>
              <w:t xml:space="preserve"> *</w:t>
            </w:r>
          </w:p>
        </w:tc>
        <w:tc>
          <w:tcPr>
            <w:tcW w:w="695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8ECBF64" w14:textId="1FD1F814" w:rsidR="00AE1D53" w:rsidRPr="000C70D8" w:rsidRDefault="00AE1D53">
            <w:pPr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AE1D53" w:rsidRPr="000C70D8" w14:paraId="19B98A75" w14:textId="77777777" w:rsidTr="000C70D8">
        <w:trPr>
          <w:jc w:val="center"/>
        </w:trPr>
        <w:tc>
          <w:tcPr>
            <w:tcW w:w="2401" w:type="dxa"/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D07CFC5" w14:textId="61E60632" w:rsidR="00AE1D53" w:rsidRPr="000C70D8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C70D8">
              <w:rPr>
                <w:rFonts w:ascii="Times New Roman" w:hAnsi="Times New Roman" w:cs="Times New Roman"/>
                <w:b/>
                <w:color w:val="1F4E79"/>
                <w:sz w:val="14"/>
                <w:szCs w:val="18"/>
              </w:rPr>
              <w:t>Adószám</w:t>
            </w:r>
            <w:proofErr w:type="spellEnd"/>
            <w:r w:rsidRPr="000C70D8">
              <w:rPr>
                <w:rFonts w:ascii="Times New Roman" w:hAnsi="Times New Roman" w:cs="Times New Roman"/>
                <w:b/>
                <w:color w:val="1F4E79"/>
                <w:sz w:val="14"/>
                <w:szCs w:val="18"/>
              </w:rPr>
              <w:t xml:space="preserve"> </w:t>
            </w:r>
          </w:p>
        </w:tc>
        <w:tc>
          <w:tcPr>
            <w:tcW w:w="695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FBABB8A" w14:textId="295FF1C6" w:rsidR="00AE1D53" w:rsidRPr="000C70D8" w:rsidRDefault="00AE1D53">
            <w:pPr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AE1D53" w:rsidRPr="000C70D8" w14:paraId="507B8B42" w14:textId="77777777" w:rsidTr="000C70D8">
        <w:trPr>
          <w:jc w:val="center"/>
        </w:trPr>
        <w:tc>
          <w:tcPr>
            <w:tcW w:w="2401" w:type="dxa"/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E015E80" w14:textId="0686FDA5" w:rsidR="00AE1D53" w:rsidRPr="000C70D8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C70D8">
              <w:rPr>
                <w:rFonts w:ascii="Times New Roman" w:hAnsi="Times New Roman" w:cs="Times New Roman"/>
                <w:b/>
                <w:color w:val="1F4E79"/>
                <w:sz w:val="14"/>
                <w:szCs w:val="18"/>
              </w:rPr>
              <w:t>Bejegyzett székhely *</w:t>
            </w:r>
          </w:p>
        </w:tc>
        <w:tc>
          <w:tcPr>
            <w:tcW w:w="695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59356F4" w14:textId="239A799C" w:rsidR="00AE1D53" w:rsidRPr="000C70D8" w:rsidRDefault="00AE1D53">
            <w:pPr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</w:p>
        </w:tc>
      </w:tr>
    </w:tbl>
    <w:p w14:paraId="51EA3E5B" w14:textId="77777777" w:rsidR="00AE1D53" w:rsidRPr="000C70D8" w:rsidRDefault="00000000">
      <w:pPr>
        <w:pStyle w:val="1"/>
        <w:rPr>
          <w:rFonts w:ascii="Times New Roman" w:hAnsi="Times New Roman" w:cs="Times New Roman"/>
          <w:sz w:val="24"/>
          <w:szCs w:val="24"/>
        </w:rPr>
      </w:pPr>
      <w:r w:rsidRPr="000C70D8">
        <w:rPr>
          <w:rFonts w:ascii="Times New Roman" w:hAnsi="Times New Roman" w:cs="Times New Roman"/>
          <w:sz w:val="24"/>
          <w:szCs w:val="24"/>
        </w:rPr>
        <w:t>2. Elsődleges kapcsolattartó</w:t>
      </w:r>
    </w:p>
    <w:tbl>
      <w:tblPr>
        <w:tblStyle w:val="aff1"/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1834"/>
        <w:gridCol w:w="7526"/>
      </w:tblGrid>
      <w:tr w:rsidR="00AE1D53" w:rsidRPr="000C70D8" w14:paraId="3A4A24E4" w14:textId="77777777" w:rsidTr="000C70D8">
        <w:trPr>
          <w:jc w:val="center"/>
        </w:trPr>
        <w:tc>
          <w:tcPr>
            <w:tcW w:w="1834" w:type="dxa"/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267151B" w14:textId="77777777" w:rsidR="00AE1D53" w:rsidRPr="000C70D8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C70D8">
              <w:rPr>
                <w:rFonts w:ascii="Times New Roman" w:hAnsi="Times New Roman" w:cs="Times New Roman"/>
                <w:b/>
                <w:color w:val="1F4E79"/>
                <w:sz w:val="14"/>
                <w:szCs w:val="18"/>
              </w:rPr>
              <w:t>Név *</w:t>
            </w:r>
          </w:p>
        </w:tc>
        <w:tc>
          <w:tcPr>
            <w:tcW w:w="752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7A183CC" w14:textId="4E3A24B3" w:rsidR="00AE1D53" w:rsidRPr="000C70D8" w:rsidRDefault="00AE1D53">
            <w:pPr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AE1D53" w:rsidRPr="000C70D8" w14:paraId="74400E32" w14:textId="77777777" w:rsidTr="000C70D8">
        <w:trPr>
          <w:jc w:val="center"/>
        </w:trPr>
        <w:tc>
          <w:tcPr>
            <w:tcW w:w="1834" w:type="dxa"/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9761B5D" w14:textId="77777777" w:rsidR="00AE1D53" w:rsidRPr="000C70D8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C70D8">
              <w:rPr>
                <w:rFonts w:ascii="Times New Roman" w:hAnsi="Times New Roman" w:cs="Times New Roman"/>
                <w:b/>
                <w:color w:val="1F4E79"/>
                <w:sz w:val="14"/>
                <w:szCs w:val="18"/>
              </w:rPr>
              <w:t>Beosztás</w:t>
            </w:r>
          </w:p>
        </w:tc>
        <w:tc>
          <w:tcPr>
            <w:tcW w:w="752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304A523" w14:textId="1353940D" w:rsidR="00AE1D53" w:rsidRPr="000C70D8" w:rsidRDefault="00AE1D53">
            <w:pPr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AE1D53" w:rsidRPr="000C70D8" w14:paraId="7769C7F1" w14:textId="77777777" w:rsidTr="000C70D8">
        <w:trPr>
          <w:jc w:val="center"/>
        </w:trPr>
        <w:tc>
          <w:tcPr>
            <w:tcW w:w="1834" w:type="dxa"/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86D963D" w14:textId="77777777" w:rsidR="00AE1D53" w:rsidRPr="000C70D8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C70D8">
              <w:rPr>
                <w:rFonts w:ascii="Times New Roman" w:hAnsi="Times New Roman" w:cs="Times New Roman"/>
                <w:b/>
                <w:color w:val="1F4E79"/>
                <w:sz w:val="14"/>
                <w:szCs w:val="18"/>
              </w:rPr>
              <w:t>E-mail *</w:t>
            </w:r>
          </w:p>
        </w:tc>
        <w:tc>
          <w:tcPr>
            <w:tcW w:w="752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F298895" w14:textId="0AD926DC" w:rsidR="00AE1D53" w:rsidRPr="000C70D8" w:rsidRDefault="00AE1D53">
            <w:pPr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AE1D53" w:rsidRPr="000C70D8" w14:paraId="58339457" w14:textId="77777777" w:rsidTr="000C70D8">
        <w:trPr>
          <w:jc w:val="center"/>
        </w:trPr>
        <w:tc>
          <w:tcPr>
            <w:tcW w:w="1834" w:type="dxa"/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02866A8" w14:textId="77777777" w:rsidR="00AE1D53" w:rsidRPr="000C70D8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C70D8">
              <w:rPr>
                <w:rFonts w:ascii="Times New Roman" w:hAnsi="Times New Roman" w:cs="Times New Roman"/>
                <w:b/>
                <w:color w:val="1F4E79"/>
                <w:sz w:val="14"/>
                <w:szCs w:val="18"/>
              </w:rPr>
              <w:t>Mobil / telefon *</w:t>
            </w:r>
          </w:p>
        </w:tc>
        <w:tc>
          <w:tcPr>
            <w:tcW w:w="752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8F7097C" w14:textId="45699A62" w:rsidR="00AE1D53" w:rsidRPr="000C70D8" w:rsidRDefault="00AE1D53">
            <w:pPr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</w:p>
        </w:tc>
      </w:tr>
    </w:tbl>
    <w:p w14:paraId="54722AB2" w14:textId="328C6BF1" w:rsidR="00AE1D53" w:rsidRPr="000C70D8" w:rsidRDefault="00000000">
      <w:pPr>
        <w:pStyle w:val="1"/>
        <w:rPr>
          <w:rFonts w:ascii="Times New Roman" w:hAnsi="Times New Roman" w:cs="Times New Roman"/>
          <w:sz w:val="24"/>
          <w:szCs w:val="24"/>
        </w:rPr>
      </w:pPr>
      <w:r w:rsidRPr="000C70D8">
        <w:rPr>
          <w:rFonts w:ascii="Times New Roman" w:hAnsi="Times New Roman" w:cs="Times New Roman"/>
          <w:sz w:val="24"/>
          <w:szCs w:val="24"/>
        </w:rPr>
        <w:t>3. Szervezet típusa (jelölje meg az összes megfelelőt)</w:t>
      </w:r>
    </w:p>
    <w:tbl>
      <w:tblPr>
        <w:tblW w:w="9360" w:type="dxa"/>
        <w:jc w:val="center"/>
        <w:tblBorders>
          <w:top w:val="single" w:sz="3" w:space="0" w:color="D9E1E8"/>
          <w:left w:val="single" w:sz="3" w:space="0" w:color="D9E1E8"/>
          <w:bottom w:val="single" w:sz="3" w:space="0" w:color="D9E1E8"/>
          <w:right w:val="single" w:sz="3" w:space="0" w:color="D9E1E8"/>
          <w:insideH w:val="single" w:sz="3" w:space="0" w:color="D9E1E8"/>
          <w:insideV w:val="single" w:sz="3" w:space="0" w:color="D9E1E8"/>
        </w:tblBorders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AE1D53" w:rsidRPr="000C70D8" w14:paraId="031425B6" w14:textId="77777777">
        <w:trPr>
          <w:cantSplit/>
          <w:jc w:val="center"/>
        </w:trPr>
        <w:tc>
          <w:tcPr>
            <w:tcW w:w="46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ADCC821" w14:textId="6FE5B679" w:rsidR="00AE1D53" w:rsidRPr="000C70D8" w:rsidRDefault="000000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0C70D8">
              <w:rPr>
                <w:rFonts w:ascii="Segoe UI Symbol" w:hAnsi="Segoe UI Symbol" w:cs="Segoe UI Symbol"/>
                <w:color w:val="111111"/>
                <w:sz w:val="14"/>
                <w:szCs w:val="18"/>
              </w:rPr>
              <w:t>☐ Turisztikai hatóság / desztinációmenedzsment-szervezet (DMO)</w:t>
            </w:r>
          </w:p>
        </w:tc>
        <w:tc>
          <w:tcPr>
            <w:tcW w:w="46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2F66F2F" w14:textId="77777777" w:rsidR="00AE1D53" w:rsidRPr="000C70D8" w:rsidRDefault="000000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0C70D8">
              <w:rPr>
                <w:rFonts w:ascii="Segoe UI Symbol" w:hAnsi="Segoe UI Symbol" w:cs="Segoe UI Symbol"/>
                <w:color w:val="111111"/>
                <w:sz w:val="14"/>
                <w:szCs w:val="18"/>
              </w:rPr>
              <w:t>☐ Turisztikai csoport / desztináció / látványosság / üdülőhely</w:t>
            </w:r>
          </w:p>
        </w:tc>
      </w:tr>
      <w:tr w:rsidR="00AE1D53" w:rsidRPr="000C70D8" w14:paraId="1DAF18E7" w14:textId="77777777">
        <w:trPr>
          <w:cantSplit/>
          <w:jc w:val="center"/>
        </w:trPr>
        <w:tc>
          <w:tcPr>
            <w:tcW w:w="46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6F75D1B" w14:textId="77777777" w:rsidR="00AE1D53" w:rsidRPr="000C70D8" w:rsidRDefault="000000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0C70D8">
              <w:rPr>
                <w:rFonts w:ascii="Segoe UI Symbol" w:hAnsi="Segoe UI Symbol" w:cs="Segoe UI Symbol"/>
                <w:color w:val="111111"/>
                <w:sz w:val="14"/>
                <w:szCs w:val="18"/>
              </w:rPr>
              <w:t>☐ Utazási iroda / utazásszervező / DMC / beutaztató turisztikai szolgáltató</w:t>
            </w:r>
          </w:p>
        </w:tc>
        <w:tc>
          <w:tcPr>
            <w:tcW w:w="46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ABBB22C" w14:textId="77777777" w:rsidR="00AE1D53" w:rsidRPr="000C70D8" w:rsidRDefault="000000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0C70D8">
              <w:rPr>
                <w:rFonts w:ascii="Segoe UI Symbol" w:hAnsi="Segoe UI Symbol" w:cs="Segoe UI Symbol"/>
                <w:color w:val="111111"/>
                <w:sz w:val="14"/>
                <w:szCs w:val="18"/>
              </w:rPr>
              <w:t>☐ Légitársaság / közlekedési / szállodai vagy szálláshely-szolgáltató</w:t>
            </w:r>
          </w:p>
        </w:tc>
      </w:tr>
      <w:tr w:rsidR="00AE1D53" w:rsidRPr="000C70D8" w14:paraId="0A9E66D1" w14:textId="77777777">
        <w:trPr>
          <w:cantSplit/>
          <w:jc w:val="center"/>
        </w:trPr>
        <w:tc>
          <w:tcPr>
            <w:tcW w:w="46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15B245E" w14:textId="77777777" w:rsidR="00AE1D53" w:rsidRPr="000C70D8" w:rsidRDefault="000000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0C70D8">
              <w:rPr>
                <w:rFonts w:ascii="Segoe UI Symbol" w:hAnsi="Segoe UI Symbol" w:cs="Segoe UI Symbol"/>
                <w:color w:val="111111"/>
                <w:sz w:val="14"/>
                <w:szCs w:val="18"/>
              </w:rPr>
              <w:t>☐ Online utazási platform (OTA) / turisztikai technológiai vállalat</w:t>
            </w:r>
          </w:p>
        </w:tc>
        <w:tc>
          <w:tcPr>
            <w:tcW w:w="46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08F0ACF" w14:textId="77777777" w:rsidR="00AE1D53" w:rsidRPr="000C70D8" w:rsidRDefault="000000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0C70D8">
              <w:rPr>
                <w:rFonts w:ascii="Segoe UI Symbol" w:hAnsi="Segoe UI Symbol" w:cs="Segoe UI Symbol"/>
                <w:color w:val="111111"/>
                <w:sz w:val="14"/>
                <w:szCs w:val="18"/>
              </w:rPr>
              <w:t>☐ Szellemi kulturális örökséggel foglalkozó intézmény / szakember / műhely</w:t>
            </w:r>
          </w:p>
        </w:tc>
      </w:tr>
      <w:tr w:rsidR="00AE1D53" w:rsidRPr="000C70D8" w14:paraId="32B72617" w14:textId="77777777">
        <w:trPr>
          <w:cantSplit/>
          <w:jc w:val="center"/>
        </w:trPr>
        <w:tc>
          <w:tcPr>
            <w:tcW w:w="46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9DB1B91" w14:textId="77777777" w:rsidR="00AE1D53" w:rsidRPr="000C70D8" w:rsidRDefault="000000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0C70D8">
              <w:rPr>
                <w:rFonts w:ascii="Segoe UI Symbol" w:hAnsi="Segoe UI Symbol" w:cs="Segoe UI Symbol"/>
                <w:color w:val="111111"/>
                <w:sz w:val="14"/>
                <w:szCs w:val="18"/>
              </w:rPr>
              <w:t>☐ Kulturális, kreatív, design- vagy életmódmárka</w:t>
            </w:r>
          </w:p>
        </w:tc>
        <w:tc>
          <w:tcPr>
            <w:tcW w:w="46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5BD857E" w14:textId="77777777" w:rsidR="00AE1D53" w:rsidRPr="000C70D8" w:rsidRDefault="000000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0C70D8">
              <w:rPr>
                <w:rFonts w:ascii="Segoe UI Symbol" w:hAnsi="Segoe UI Symbol" w:cs="Segoe UI Symbol"/>
                <w:color w:val="111111"/>
                <w:sz w:val="14"/>
                <w:szCs w:val="18"/>
              </w:rPr>
              <w:t>☐ Múzeum / galéria / művészeti vagy kulturális intézmény</w:t>
            </w:r>
          </w:p>
        </w:tc>
      </w:tr>
      <w:tr w:rsidR="00AE1D53" w:rsidRPr="000C70D8" w14:paraId="785CA79B" w14:textId="77777777">
        <w:trPr>
          <w:cantSplit/>
          <w:jc w:val="center"/>
        </w:trPr>
        <w:tc>
          <w:tcPr>
            <w:tcW w:w="46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73D08BD" w14:textId="558D8A0B" w:rsidR="00AE1D53" w:rsidRPr="000C70D8" w:rsidRDefault="000000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0C70D8">
              <w:rPr>
                <w:rFonts w:ascii="Segoe UI Symbol" w:hAnsi="Segoe UI Symbol" w:cs="Segoe UI Symbol"/>
                <w:color w:val="111111"/>
                <w:sz w:val="14"/>
                <w:szCs w:val="18"/>
              </w:rPr>
              <w:t xml:space="preserve">☐ </w:t>
            </w:r>
            <w:proofErr w:type="spellStart"/>
            <w:r w:rsidRPr="000C70D8">
              <w:rPr>
                <w:rFonts w:ascii="Segoe UI Symbol" w:hAnsi="Segoe UI Symbol" w:cs="Segoe UI Symbol"/>
                <w:color w:val="111111"/>
                <w:sz w:val="14"/>
                <w:szCs w:val="18"/>
              </w:rPr>
              <w:t>Tanulmányút</w:t>
            </w:r>
            <w:proofErr w:type="spellEnd"/>
            <w:r w:rsidRPr="000C70D8">
              <w:rPr>
                <w:rFonts w:ascii="Segoe UI Symbol" w:hAnsi="Segoe UI Symbol" w:cs="Segoe UI Symbol"/>
                <w:color w:val="111111"/>
                <w:sz w:val="14"/>
                <w:szCs w:val="18"/>
              </w:rPr>
              <w:t>-/</w:t>
            </w:r>
            <w:proofErr w:type="spellStart"/>
            <w:r w:rsidRPr="000C70D8">
              <w:rPr>
                <w:rFonts w:ascii="Segoe UI Symbol" w:hAnsi="Segoe UI Symbol" w:cs="Segoe UI Symbol"/>
                <w:color w:val="111111"/>
                <w:sz w:val="14"/>
                <w:szCs w:val="18"/>
              </w:rPr>
              <w:t>oktatási</w:t>
            </w:r>
            <w:proofErr w:type="spellEnd"/>
            <w:r w:rsidRPr="000C70D8">
              <w:rPr>
                <w:rFonts w:ascii="Segoe UI Symbol" w:hAnsi="Segoe UI Symbol" w:cs="Segoe UI Symbol"/>
                <w:color w:val="111111"/>
                <w:sz w:val="14"/>
                <w:szCs w:val="18"/>
              </w:rPr>
              <w:t xml:space="preserve"> </w:t>
            </w:r>
            <w:proofErr w:type="spellStart"/>
            <w:r w:rsidRPr="000C70D8">
              <w:rPr>
                <w:rFonts w:ascii="Segoe UI Symbol" w:hAnsi="Segoe UI Symbol" w:cs="Segoe UI Symbol"/>
                <w:color w:val="111111"/>
                <w:sz w:val="14"/>
                <w:szCs w:val="18"/>
              </w:rPr>
              <w:t>csereprogram-szervezet</w:t>
            </w:r>
            <w:proofErr w:type="spellEnd"/>
          </w:p>
        </w:tc>
        <w:tc>
          <w:tcPr>
            <w:tcW w:w="46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B84FFF8" w14:textId="77777777" w:rsidR="00AE1D53" w:rsidRPr="000C70D8" w:rsidRDefault="000000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0C70D8">
              <w:rPr>
                <w:rFonts w:ascii="Segoe UI Symbol" w:hAnsi="Segoe UI Symbol" w:cs="Segoe UI Symbol"/>
                <w:color w:val="111111"/>
                <w:sz w:val="14"/>
                <w:szCs w:val="18"/>
              </w:rPr>
              <w:t>☐ Turisztikai média / tartalmi platform</w:t>
            </w:r>
          </w:p>
        </w:tc>
      </w:tr>
      <w:tr w:rsidR="00AE1D53" w:rsidRPr="000C70D8" w14:paraId="7B15E7F6" w14:textId="77777777">
        <w:trPr>
          <w:cantSplit/>
          <w:jc w:val="center"/>
        </w:trPr>
        <w:tc>
          <w:tcPr>
            <w:tcW w:w="46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596CF56" w14:textId="77777777" w:rsidR="00AE1D53" w:rsidRPr="000C70D8" w:rsidRDefault="000000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0C70D8">
              <w:rPr>
                <w:rFonts w:ascii="Segoe UI Symbol" w:hAnsi="Segoe UI Symbol" w:cs="Segoe UI Symbol"/>
                <w:color w:val="111111"/>
                <w:sz w:val="14"/>
                <w:szCs w:val="18"/>
              </w:rPr>
              <w:t>☐ Egyéb: ____________________________</w:t>
            </w:r>
          </w:p>
        </w:tc>
        <w:tc>
          <w:tcPr>
            <w:tcW w:w="46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59CCA9E" w14:textId="77777777" w:rsidR="00AE1D53" w:rsidRPr="000C70D8" w:rsidRDefault="00AE1D53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1270BD09" w14:textId="77777777" w:rsidR="00AE1D53" w:rsidRPr="000C70D8" w:rsidRDefault="00000000">
      <w:pPr>
        <w:pStyle w:val="1"/>
        <w:rPr>
          <w:rFonts w:ascii="Times New Roman" w:hAnsi="Times New Roman" w:cs="Times New Roman"/>
          <w:sz w:val="24"/>
          <w:szCs w:val="24"/>
        </w:rPr>
      </w:pPr>
      <w:r w:rsidRPr="000C70D8">
        <w:rPr>
          <w:rFonts w:ascii="Times New Roman" w:hAnsi="Times New Roman" w:cs="Times New Roman"/>
          <w:sz w:val="24"/>
          <w:szCs w:val="24"/>
        </w:rPr>
        <w:t>4. Tervezett kiállítási tartalom</w:t>
      </w:r>
    </w:p>
    <w:tbl>
      <w:tblPr>
        <w:tblStyle w:val="aff1"/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3251"/>
        <w:gridCol w:w="6109"/>
      </w:tblGrid>
      <w:tr w:rsidR="00AE1D53" w:rsidRPr="000C70D8" w14:paraId="69C7611D" w14:textId="77777777" w:rsidTr="000C70D8">
        <w:trPr>
          <w:jc w:val="center"/>
        </w:trPr>
        <w:tc>
          <w:tcPr>
            <w:tcW w:w="3251" w:type="dxa"/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A10AEB5" w14:textId="37400110" w:rsidR="00AE1D53" w:rsidRPr="000C70D8" w:rsidRDefault="0017558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C70D8">
              <w:rPr>
                <w:rFonts w:ascii="Times New Roman" w:hAnsi="Times New Roman" w:cs="Times New Roman"/>
                <w:b/>
                <w:color w:val="1F4E79"/>
                <w:sz w:val="14"/>
                <w:szCs w:val="18"/>
              </w:rPr>
              <w:t>Szervezet</w:t>
            </w:r>
            <w:proofErr w:type="spellEnd"/>
            <w:r w:rsidRPr="000C70D8">
              <w:rPr>
                <w:rFonts w:ascii="Times New Roman" w:hAnsi="Times New Roman" w:cs="Times New Roman"/>
                <w:b/>
                <w:color w:val="1F4E79"/>
                <w:sz w:val="14"/>
                <w:szCs w:val="18"/>
              </w:rPr>
              <w:t xml:space="preserve"> </w:t>
            </w:r>
            <w:proofErr w:type="spellStart"/>
            <w:r w:rsidRPr="000C70D8">
              <w:rPr>
                <w:rFonts w:ascii="Times New Roman" w:hAnsi="Times New Roman" w:cs="Times New Roman"/>
                <w:b/>
                <w:color w:val="1F4E79"/>
                <w:sz w:val="14"/>
                <w:szCs w:val="18"/>
              </w:rPr>
              <w:t>bemutatása</w:t>
            </w:r>
            <w:proofErr w:type="spellEnd"/>
            <w:r w:rsidRPr="000C70D8">
              <w:rPr>
                <w:rFonts w:ascii="Times New Roman" w:hAnsi="Times New Roman" w:cs="Times New Roman"/>
                <w:b/>
                <w:color w:val="1F4E79"/>
                <w:sz w:val="14"/>
                <w:szCs w:val="18"/>
              </w:rPr>
              <w:t xml:space="preserve"> *</w:t>
            </w:r>
          </w:p>
        </w:tc>
        <w:tc>
          <w:tcPr>
            <w:tcW w:w="610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D0AFE37" w14:textId="02450B83" w:rsidR="00AE1D53" w:rsidRPr="000C70D8" w:rsidRDefault="00000000">
            <w:pPr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  <w:r w:rsidRPr="000C70D8">
              <w:rPr>
                <w:rFonts w:ascii="Times New Roman" w:hAnsi="Times New Roman" w:cs="Times New Roman"/>
                <w:color w:val="111111"/>
                <w:sz w:val="14"/>
                <w:szCs w:val="18"/>
              </w:rPr>
              <w:t>Kérjük, adjon rövid bemutatkozást (legfeljebb 150 szó).</w:t>
            </w:r>
          </w:p>
        </w:tc>
      </w:tr>
      <w:tr w:rsidR="00AE1D53" w:rsidRPr="000C70D8" w14:paraId="6591E99F" w14:textId="77777777" w:rsidTr="000C70D8">
        <w:trPr>
          <w:jc w:val="center"/>
        </w:trPr>
        <w:tc>
          <w:tcPr>
            <w:tcW w:w="3251" w:type="dxa"/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0E58D46" w14:textId="77777777" w:rsidR="00AE1D53" w:rsidRPr="000C70D8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C70D8">
              <w:rPr>
                <w:rFonts w:ascii="Times New Roman" w:hAnsi="Times New Roman" w:cs="Times New Roman"/>
                <w:b/>
                <w:color w:val="1F4E79"/>
                <w:sz w:val="14"/>
                <w:szCs w:val="18"/>
              </w:rPr>
              <w:t>Mit népszerűsítene vagy mutatna be? *</w:t>
            </w:r>
          </w:p>
        </w:tc>
        <w:tc>
          <w:tcPr>
            <w:tcW w:w="610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6973F3" w14:textId="728772FD" w:rsidR="00AE1D53" w:rsidRPr="000C70D8" w:rsidRDefault="00000000">
            <w:pPr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  <w:r w:rsidRPr="000C70D8">
              <w:rPr>
                <w:rFonts w:ascii="Times New Roman" w:hAnsi="Times New Roman" w:cs="Times New Roman"/>
                <w:color w:val="111111"/>
                <w:sz w:val="14"/>
                <w:szCs w:val="18"/>
              </w:rPr>
              <w:t>Kérjük, ismertesse a desztinációkat, útvonalakat, termékeket, szolgáltatásokat, örökségi projekteket, kreatív termékeket vagy egyéb kiállítási elemeket.</w:t>
            </w:r>
          </w:p>
        </w:tc>
      </w:tr>
      <w:tr w:rsidR="00AE1D53" w:rsidRPr="000C70D8" w14:paraId="3A30D88D" w14:textId="77777777" w:rsidTr="000C70D8">
        <w:trPr>
          <w:jc w:val="center"/>
        </w:trPr>
        <w:tc>
          <w:tcPr>
            <w:tcW w:w="3251" w:type="dxa"/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9BC6961" w14:textId="77777777" w:rsidR="00AE1D53" w:rsidRPr="000C70D8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C70D8">
              <w:rPr>
                <w:rFonts w:ascii="Times New Roman" w:hAnsi="Times New Roman" w:cs="Times New Roman"/>
                <w:b/>
                <w:color w:val="1F4E79"/>
                <w:sz w:val="14"/>
                <w:szCs w:val="18"/>
              </w:rPr>
              <w:t>Célpiacok / célközönségek</w:t>
            </w:r>
          </w:p>
        </w:tc>
        <w:tc>
          <w:tcPr>
            <w:tcW w:w="610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C23884D" w14:textId="3CA7201B" w:rsidR="00AE1D53" w:rsidRPr="000C70D8" w:rsidRDefault="00000000">
            <w:pPr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  <w:r w:rsidRPr="000C70D8">
              <w:rPr>
                <w:rFonts w:ascii="Times New Roman" w:hAnsi="Times New Roman" w:cs="Times New Roman"/>
                <w:color w:val="111111"/>
                <w:sz w:val="14"/>
                <w:szCs w:val="18"/>
              </w:rPr>
              <w:t>Például: Magyarország, Közép- és Kelet-Európa, európai turisztikai szakma, családok vagy kulturális intézmények.</w:t>
            </w:r>
          </w:p>
        </w:tc>
      </w:tr>
    </w:tbl>
    <w:p w14:paraId="410465EF" w14:textId="0B0BC368" w:rsidR="00AE1D53" w:rsidRPr="000C70D8" w:rsidRDefault="00000000">
      <w:pPr>
        <w:pStyle w:val="1"/>
        <w:pageBreakBefore/>
        <w:rPr>
          <w:rFonts w:ascii="Times New Roman" w:hAnsi="Times New Roman" w:cs="Times New Roman"/>
          <w:sz w:val="24"/>
          <w:szCs w:val="24"/>
        </w:rPr>
      </w:pPr>
      <w:r w:rsidRPr="000C70D8">
        <w:rPr>
          <w:rFonts w:ascii="Times New Roman" w:hAnsi="Times New Roman" w:cs="Times New Roman"/>
          <w:sz w:val="24"/>
          <w:szCs w:val="24"/>
        </w:rPr>
        <w:lastRenderedPageBreak/>
        <w:t>5. Részvételi lehetőség</w:t>
      </w:r>
    </w:p>
    <w:tbl>
      <w:tblPr>
        <w:tblStyle w:val="aff1"/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3251"/>
        <w:gridCol w:w="6109"/>
      </w:tblGrid>
      <w:tr w:rsidR="00AE1D53" w:rsidRPr="000C70D8" w14:paraId="7E21B71B" w14:textId="77777777" w:rsidTr="000C70D8">
        <w:trPr>
          <w:trHeight w:val="601"/>
          <w:jc w:val="center"/>
        </w:trPr>
        <w:tc>
          <w:tcPr>
            <w:tcW w:w="3251" w:type="dxa"/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0C74CC0" w14:textId="77777777" w:rsidR="00AE1D53" w:rsidRPr="000C70D8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C70D8">
              <w:rPr>
                <w:rFonts w:ascii="Times New Roman" w:hAnsi="Times New Roman" w:cs="Times New Roman"/>
                <w:b/>
                <w:color w:val="1F4E79"/>
                <w:sz w:val="14"/>
                <w:szCs w:val="18"/>
              </w:rPr>
              <w:t>Standard stand</w:t>
            </w:r>
          </w:p>
        </w:tc>
        <w:tc>
          <w:tcPr>
            <w:tcW w:w="610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8D8542A" w14:textId="1A7255DA" w:rsidR="00AE1D53" w:rsidRPr="000C70D8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C70D8">
              <w:rPr>
                <w:rFonts w:ascii="Segoe UI Symbol" w:hAnsi="Segoe UI Symbol" w:cs="Segoe UI Symbol"/>
                <w:color w:val="111111"/>
                <w:sz w:val="14"/>
                <w:szCs w:val="18"/>
              </w:rPr>
              <w:t>☐ Szükséges              Mennyiség: ____</w:t>
            </w:r>
            <w:r w:rsidRPr="000C70D8">
              <w:rPr>
                <w:rFonts w:ascii="Segoe UI Symbol" w:hAnsi="Segoe UI Symbol" w:cs="Segoe UI Symbol"/>
                <w:color w:val="111111"/>
                <w:sz w:val="14"/>
                <w:szCs w:val="18"/>
              </w:rPr>
              <w:br/>
              <w:t>Tartalmaz két bemutatóállványt, egy asztalt, két széket és két kiállítói belépőt.</w:t>
            </w:r>
          </w:p>
        </w:tc>
      </w:tr>
      <w:tr w:rsidR="00AE1D53" w:rsidRPr="000C70D8" w14:paraId="0D4D86F4" w14:textId="77777777" w:rsidTr="000C70D8">
        <w:trPr>
          <w:jc w:val="center"/>
        </w:trPr>
        <w:tc>
          <w:tcPr>
            <w:tcW w:w="3251" w:type="dxa"/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E7A7D91" w14:textId="77777777" w:rsidR="00AE1D53" w:rsidRPr="000C70D8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C70D8">
              <w:rPr>
                <w:rFonts w:ascii="Times New Roman" w:hAnsi="Times New Roman" w:cs="Times New Roman"/>
                <w:b/>
                <w:color w:val="1F4E79"/>
                <w:sz w:val="14"/>
                <w:szCs w:val="18"/>
              </w:rPr>
              <w:t>Üres terület / önálló bemutatótér</w:t>
            </w:r>
          </w:p>
        </w:tc>
        <w:tc>
          <w:tcPr>
            <w:tcW w:w="610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C302021" w14:textId="79885FD2" w:rsidR="00AE1D53" w:rsidRPr="000C70D8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C70D8">
              <w:rPr>
                <w:rFonts w:ascii="Segoe UI Symbol" w:hAnsi="Segoe UI Symbol" w:cs="Segoe UI Symbol"/>
                <w:color w:val="111111"/>
                <w:sz w:val="14"/>
                <w:szCs w:val="18"/>
              </w:rPr>
              <w:t>☐ Szükséges              Előnyben részesített terület: ____ m²</w:t>
            </w:r>
            <w:r w:rsidRPr="000C70D8">
              <w:rPr>
                <w:rFonts w:ascii="Segoe UI Symbol" w:hAnsi="Segoe UI Symbol" w:cs="Segoe UI Symbol"/>
                <w:color w:val="111111"/>
                <w:sz w:val="14"/>
                <w:szCs w:val="18"/>
              </w:rPr>
              <w:br/>
              <w:t>A területet a bemutatási igények és a helyszín rendelkezésre állása alapján alakítjuk ki.</w:t>
            </w:r>
          </w:p>
        </w:tc>
      </w:tr>
      <w:tr w:rsidR="00AE1D53" w:rsidRPr="000C70D8" w14:paraId="7CD9CA08" w14:textId="77777777" w:rsidTr="000C70D8">
        <w:trPr>
          <w:jc w:val="center"/>
        </w:trPr>
        <w:tc>
          <w:tcPr>
            <w:tcW w:w="3251" w:type="dxa"/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23F06F2" w14:textId="77777777" w:rsidR="00AE1D53" w:rsidRPr="000C70D8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C70D8">
              <w:rPr>
                <w:rFonts w:ascii="Times New Roman" w:hAnsi="Times New Roman" w:cs="Times New Roman"/>
                <w:b/>
                <w:color w:val="1F4E79"/>
                <w:sz w:val="14"/>
                <w:szCs w:val="18"/>
              </w:rPr>
              <w:t>További bemutatóeszközök</w:t>
            </w:r>
          </w:p>
        </w:tc>
        <w:tc>
          <w:tcPr>
            <w:tcW w:w="610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6FA569D" w14:textId="77777777" w:rsidR="00AE1D53" w:rsidRPr="000C70D8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C70D8">
              <w:rPr>
                <w:rFonts w:ascii="Times New Roman" w:hAnsi="Times New Roman" w:cs="Times New Roman"/>
                <w:color w:val="111111"/>
                <w:sz w:val="14"/>
                <w:szCs w:val="18"/>
              </w:rPr>
              <w:t>Bemutatóállványok: ____   Vitrinek: ____</w:t>
            </w:r>
          </w:p>
        </w:tc>
      </w:tr>
    </w:tbl>
    <w:p w14:paraId="4B1706A3" w14:textId="126A39EB" w:rsidR="00DD5F40" w:rsidRPr="000C70D8" w:rsidRDefault="00DD5F40" w:rsidP="00DD5F40">
      <w:pPr>
        <w:ind w:leftChars="150" w:left="315"/>
        <w:rPr>
          <w:rFonts w:ascii="Times New Roman" w:eastAsia="宋体" w:hAnsi="Times New Roman" w:cs="Times New Roman"/>
          <w:sz w:val="18"/>
          <w:szCs w:val="18"/>
          <w:lang w:eastAsia="zh-CN"/>
        </w:rPr>
      </w:pPr>
      <w:r w:rsidRPr="000C70D8">
        <w:rPr>
          <w:rFonts w:ascii="Times New Roman" w:hAnsi="Times New Roman" w:cs="Times New Roman"/>
          <w:b/>
          <w:color w:val="1F4E79"/>
          <w:sz w:val="18"/>
          <w:szCs w:val="18"/>
        </w:rPr>
        <w:t>MEGJEGYZÉS: A standot, a területkiosztást és az árajánlatokat a jelentkezés elbírálását követően egyedileg erősítjük meg.</w:t>
      </w:r>
    </w:p>
    <w:p w14:paraId="0E8ECBB8" w14:textId="00BF4622" w:rsidR="00AE1D53" w:rsidRPr="000C70D8" w:rsidRDefault="00DD5F40">
      <w:pPr>
        <w:pStyle w:val="1"/>
        <w:rPr>
          <w:rFonts w:ascii="Times New Roman" w:hAnsi="Times New Roman" w:cs="Times New Roman"/>
          <w:sz w:val="24"/>
          <w:szCs w:val="24"/>
        </w:rPr>
      </w:pPr>
      <w:r w:rsidRPr="000C70D8">
        <w:rPr>
          <w:rFonts w:ascii="Times New Roman" w:eastAsia="宋体" w:hAnsi="Times New Roman" w:cs="Times New Roman"/>
          <w:sz w:val="24"/>
          <w:szCs w:val="24"/>
          <w:lang w:eastAsia="zh-CN"/>
        </w:rPr>
        <w:t>6. Előzetes program- és szolgáltatási igények (jelölje meg az összes megfelelőt)</w:t>
      </w:r>
    </w:p>
    <w:tbl>
      <w:tblPr>
        <w:tblW w:w="9360" w:type="dxa"/>
        <w:jc w:val="center"/>
        <w:tblBorders>
          <w:top w:val="single" w:sz="3" w:space="0" w:color="D9E1E8"/>
          <w:left w:val="single" w:sz="3" w:space="0" w:color="D9E1E8"/>
          <w:bottom w:val="single" w:sz="3" w:space="0" w:color="D9E1E8"/>
          <w:right w:val="single" w:sz="3" w:space="0" w:color="D9E1E8"/>
          <w:insideH w:val="single" w:sz="3" w:space="0" w:color="D9E1E8"/>
          <w:insideV w:val="single" w:sz="3" w:space="0" w:color="D9E1E8"/>
        </w:tblBorders>
        <w:tblLayout w:type="fixed"/>
        <w:tblLook w:val="04A0" w:firstRow="1" w:lastRow="0" w:firstColumn="1" w:lastColumn="0" w:noHBand="0" w:noVBand="1"/>
      </w:tblPr>
      <w:tblGrid>
        <w:gridCol w:w="4385"/>
        <w:gridCol w:w="4975"/>
      </w:tblGrid>
      <w:tr w:rsidR="00AE1D53" w:rsidRPr="000C70D8" w14:paraId="0FC43C11" w14:textId="77777777" w:rsidTr="00DD5F40">
        <w:trPr>
          <w:cantSplit/>
          <w:jc w:val="center"/>
        </w:trPr>
        <w:tc>
          <w:tcPr>
            <w:tcW w:w="4385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72A1488" w14:textId="77777777" w:rsidR="00AE1D53" w:rsidRPr="000C70D8" w:rsidRDefault="000000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0C70D8">
              <w:rPr>
                <w:rFonts w:ascii="Segoe UI Symbol" w:hAnsi="Segoe UI Symbol" w:cs="Segoe UI Symbol"/>
                <w:color w:val="111111"/>
                <w:sz w:val="14"/>
                <w:szCs w:val="18"/>
              </w:rPr>
              <w:t>☐ Turisztikai prezentáció / projektbemutató</w:t>
            </w:r>
          </w:p>
        </w:tc>
        <w:tc>
          <w:tcPr>
            <w:tcW w:w="4975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4627235" w14:textId="77777777" w:rsidR="00AE1D53" w:rsidRPr="000C70D8" w:rsidRDefault="000000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0C70D8">
              <w:rPr>
                <w:rFonts w:ascii="Segoe UI Symbol" w:hAnsi="Segoe UI Symbol" w:cs="Segoe UI Symbol"/>
                <w:color w:val="111111"/>
                <w:sz w:val="14"/>
                <w:szCs w:val="18"/>
              </w:rPr>
              <w:t>☐ Örökségbemutató / workshop / interaktív program</w:t>
            </w:r>
          </w:p>
        </w:tc>
      </w:tr>
      <w:tr w:rsidR="00AE1D53" w:rsidRPr="000C70D8" w14:paraId="03FE2814" w14:textId="77777777" w:rsidTr="00DD5F40">
        <w:trPr>
          <w:cantSplit/>
          <w:jc w:val="center"/>
        </w:trPr>
        <w:tc>
          <w:tcPr>
            <w:tcW w:w="4385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640FF5C" w14:textId="77777777" w:rsidR="00AE1D53" w:rsidRPr="000C70D8" w:rsidRDefault="000000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0C70D8">
              <w:rPr>
                <w:rFonts w:ascii="Segoe UI Symbol" w:hAnsi="Segoe UI Symbol" w:cs="Segoe UI Symbol"/>
                <w:color w:val="111111"/>
                <w:sz w:val="14"/>
                <w:szCs w:val="18"/>
              </w:rPr>
              <w:t>☐ Színpadi előadás vagy kulturális program</w:t>
            </w:r>
          </w:p>
        </w:tc>
        <w:tc>
          <w:tcPr>
            <w:tcW w:w="4975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6916C8D" w14:textId="77777777" w:rsidR="00AE1D53" w:rsidRPr="000C70D8" w:rsidRDefault="000000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0C70D8">
              <w:rPr>
                <w:rFonts w:ascii="Segoe UI Symbol" w:hAnsi="Segoe UI Symbol" w:cs="Segoe UI Symbol"/>
                <w:color w:val="111111"/>
                <w:sz w:val="14"/>
                <w:szCs w:val="18"/>
              </w:rPr>
              <w:t>☐ B2B üzleti partnerközvetítés</w:t>
            </w:r>
          </w:p>
        </w:tc>
      </w:tr>
      <w:tr w:rsidR="00AE1D53" w:rsidRPr="000C70D8" w14:paraId="13BA265D" w14:textId="77777777" w:rsidTr="00DD5F40">
        <w:trPr>
          <w:cantSplit/>
          <w:jc w:val="center"/>
        </w:trPr>
        <w:tc>
          <w:tcPr>
            <w:tcW w:w="4385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8544C59" w14:textId="77777777" w:rsidR="00AE1D53" w:rsidRPr="000C70D8" w:rsidRDefault="000000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0C70D8">
              <w:rPr>
                <w:rFonts w:ascii="Segoe UI Symbol" w:hAnsi="Segoe UI Symbol" w:cs="Segoe UI Symbol"/>
                <w:color w:val="111111"/>
                <w:sz w:val="14"/>
                <w:szCs w:val="18"/>
              </w:rPr>
              <w:t>☐ Tolmácsszolgáltatás</w:t>
            </w:r>
          </w:p>
        </w:tc>
        <w:tc>
          <w:tcPr>
            <w:tcW w:w="4975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501DE4D" w14:textId="77777777" w:rsidR="00AE1D53" w:rsidRPr="000C70D8" w:rsidRDefault="000000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0C70D8">
              <w:rPr>
                <w:rFonts w:ascii="Segoe UI Symbol" w:hAnsi="Segoe UI Symbol" w:cs="Segoe UI Symbol"/>
                <w:color w:val="111111"/>
                <w:sz w:val="14"/>
                <w:szCs w:val="18"/>
              </w:rPr>
              <w:t>☐ Nemzetközi szállítási / vámügyi információs támogatás</w:t>
            </w:r>
          </w:p>
        </w:tc>
      </w:tr>
      <w:tr w:rsidR="00AE1D53" w:rsidRPr="000C70D8" w14:paraId="4F7D49EB" w14:textId="77777777" w:rsidTr="00DD5F40">
        <w:trPr>
          <w:cantSplit/>
          <w:jc w:val="center"/>
        </w:trPr>
        <w:tc>
          <w:tcPr>
            <w:tcW w:w="4385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75E70F6" w14:textId="77777777" w:rsidR="00AE1D53" w:rsidRPr="000C70D8" w:rsidRDefault="000000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0C70D8">
              <w:rPr>
                <w:rFonts w:ascii="Segoe UI Symbol" w:hAnsi="Segoe UI Symbol" w:cs="Segoe UI Symbol"/>
                <w:color w:val="111111"/>
                <w:sz w:val="14"/>
                <w:szCs w:val="18"/>
              </w:rPr>
              <w:t>☐ Standépítési szolgáltatás</w:t>
            </w:r>
          </w:p>
        </w:tc>
        <w:tc>
          <w:tcPr>
            <w:tcW w:w="4975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D206988" w14:textId="77777777" w:rsidR="00AE1D53" w:rsidRPr="000C70D8" w:rsidRDefault="000000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0C70D8">
              <w:rPr>
                <w:rFonts w:ascii="Segoe UI Symbol" w:hAnsi="Segoe UI Symbol" w:cs="Segoe UI Symbol"/>
                <w:color w:val="111111"/>
                <w:sz w:val="14"/>
                <w:szCs w:val="18"/>
              </w:rPr>
              <w:t>☐ Egyéb: ____________________________</w:t>
            </w:r>
          </w:p>
        </w:tc>
      </w:tr>
    </w:tbl>
    <w:tbl>
      <w:tblPr>
        <w:tblStyle w:val="aff1"/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3109"/>
        <w:gridCol w:w="6251"/>
      </w:tblGrid>
      <w:tr w:rsidR="00AE1D53" w:rsidRPr="000C70D8" w14:paraId="47E8F868" w14:textId="77777777" w:rsidTr="000C70D8">
        <w:trPr>
          <w:jc w:val="center"/>
        </w:trPr>
        <w:tc>
          <w:tcPr>
            <w:tcW w:w="3109" w:type="dxa"/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89891A" w14:textId="77777777" w:rsidR="00AE1D53" w:rsidRPr="000C70D8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C70D8">
              <w:rPr>
                <w:rFonts w:ascii="Times New Roman" w:hAnsi="Times New Roman" w:cs="Times New Roman"/>
                <w:b/>
                <w:color w:val="1F4E79"/>
                <w:sz w:val="14"/>
                <w:szCs w:val="18"/>
              </w:rPr>
              <w:t>Képviselők várható száma</w:t>
            </w:r>
          </w:p>
        </w:tc>
        <w:tc>
          <w:tcPr>
            <w:tcW w:w="6251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B5D5DEB" w14:textId="12168E5D" w:rsidR="00AE1D53" w:rsidRPr="000C70D8" w:rsidRDefault="00000000" w:rsidP="000C70D8">
            <w:pPr>
              <w:ind w:firstLineChars="300" w:firstLine="420"/>
              <w:rPr>
                <w:rFonts w:ascii="Times New Roman" w:hAnsi="Times New Roman" w:cs="Times New Roman"/>
                <w:sz w:val="18"/>
                <w:szCs w:val="18"/>
              </w:rPr>
            </w:pPr>
            <w:r w:rsidRPr="000C70D8">
              <w:rPr>
                <w:rFonts w:ascii="Times New Roman" w:hAnsi="Times New Roman" w:cs="Times New Roman"/>
                <w:color w:val="111111"/>
                <w:sz w:val="14"/>
                <w:szCs w:val="18"/>
              </w:rPr>
              <w:t>________  fő</w:t>
            </w:r>
          </w:p>
        </w:tc>
      </w:tr>
    </w:tbl>
    <w:tbl>
      <w:tblPr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AE1D53" w:rsidRPr="000C70D8" w14:paraId="7D1EA307" w14:textId="77777777">
        <w:trPr>
          <w:jc w:val="center"/>
        </w:trPr>
        <w:tc>
          <w:tcPr>
            <w:tcW w:w="9360" w:type="dxa"/>
            <w:shd w:val="clear" w:color="auto" w:fill="F3F6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CC5D8E4" w14:textId="77777777" w:rsidR="00AE1D53" w:rsidRPr="000C70D8" w:rsidRDefault="0000000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0C70D8">
              <w:rPr>
                <w:rFonts w:ascii="Times New Roman" w:hAnsi="Times New Roman" w:cs="Times New Roman"/>
                <w:b/>
                <w:color w:val="1F4E79"/>
                <w:sz w:val="14"/>
                <w:szCs w:val="18"/>
              </w:rPr>
              <w:t>MEGJEGYZÉS: Ezek az igények kizárólag az előzetes tervezést szolgálják. A rendelkezésre állást és a kapcsolódó díjakat a jelentkezés elbírálását követően erősítjük meg.</w:t>
            </w:r>
          </w:p>
        </w:tc>
      </w:tr>
    </w:tbl>
    <w:p w14:paraId="1B613BA8" w14:textId="1648E0FE" w:rsidR="00AE1D53" w:rsidRPr="000C70D8" w:rsidRDefault="00DD5F40">
      <w:pPr>
        <w:pStyle w:val="1"/>
        <w:rPr>
          <w:rFonts w:ascii="Times New Roman" w:hAnsi="Times New Roman" w:cs="Times New Roman"/>
          <w:sz w:val="24"/>
          <w:szCs w:val="24"/>
        </w:rPr>
      </w:pPr>
      <w:r w:rsidRPr="000C70D8">
        <w:rPr>
          <w:rFonts w:ascii="Times New Roman" w:eastAsia="宋体" w:hAnsi="Times New Roman" w:cs="Times New Roman"/>
          <w:sz w:val="24"/>
          <w:szCs w:val="24"/>
          <w:lang w:eastAsia="zh-CN"/>
        </w:rPr>
        <w:t>7. Jelentkezői nyilatkozat és adatkezelés</w:t>
      </w:r>
    </w:p>
    <w:p w14:paraId="7C3A5619" w14:textId="77777777" w:rsidR="00AE1D53" w:rsidRPr="000C70D8" w:rsidRDefault="00000000" w:rsidP="00DD5F40">
      <w:pPr>
        <w:spacing w:after="160"/>
        <w:jc w:val="both"/>
        <w:rPr>
          <w:rFonts w:ascii="Times New Roman" w:hAnsi="Times New Roman" w:cs="Times New Roman"/>
          <w:sz w:val="18"/>
          <w:szCs w:val="18"/>
        </w:rPr>
      </w:pPr>
      <w:r w:rsidRPr="000C70D8">
        <w:rPr>
          <w:rFonts w:ascii="Times New Roman" w:hAnsi="Times New Roman" w:cs="Times New Roman"/>
          <w:sz w:val="16"/>
          <w:szCs w:val="18"/>
        </w:rPr>
        <w:t>Kijelentem, hogy a megadott adatok pontosak, a tervezett tartalom megfelel a vonatkozó jogszabályoknak és az EXPO pozicionálásának, továbbá tudomásul veszem, hogy a jelentkezés elbírálás tárgyát képezi. A jelentkezés benyújtása nem jelenti a részvétel, a standkiosztás vagy a szolgáltatások visszaigazolását. A végleges feltételeket a mindkét fél által aláírt hivatalos részvételi megállapodás szabályozza.</w:t>
      </w:r>
    </w:p>
    <w:p w14:paraId="6505F484" w14:textId="77777777" w:rsidR="00AE1D53" w:rsidRPr="000C70D8" w:rsidRDefault="00000000" w:rsidP="00DD5F40">
      <w:pPr>
        <w:spacing w:after="160"/>
        <w:jc w:val="both"/>
        <w:rPr>
          <w:rFonts w:ascii="Times New Roman" w:hAnsi="Times New Roman" w:cs="Times New Roman"/>
          <w:sz w:val="18"/>
          <w:szCs w:val="18"/>
        </w:rPr>
      </w:pPr>
      <w:r w:rsidRPr="000C70D8">
        <w:rPr>
          <w:rFonts w:ascii="Segoe UI Symbol" w:hAnsi="Segoe UI Symbol" w:cs="Segoe UI Symbol"/>
          <w:sz w:val="16"/>
          <w:szCs w:val="18"/>
        </w:rPr>
        <w:t>☐ Hozzájárulok ahhoz, hogy az Eurasia ECT a jelen űrlapon megadott adatokat a jelentkezés elbírálása, a rendezvény előkészítése és a kapcsolódó kommunikáció céljából, a weboldalon található Adatvédelmi tájékoztatóval összhangban kezelje.</w:t>
      </w:r>
    </w:p>
    <w:tbl>
      <w:tblPr>
        <w:tblStyle w:val="aff1"/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3109"/>
        <w:gridCol w:w="6251"/>
      </w:tblGrid>
      <w:tr w:rsidR="00AE1D53" w:rsidRPr="000C70D8" w14:paraId="07036216" w14:textId="77777777" w:rsidTr="000C70D8">
        <w:trPr>
          <w:jc w:val="center"/>
        </w:trPr>
        <w:tc>
          <w:tcPr>
            <w:tcW w:w="3109" w:type="dxa"/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0825A79" w14:textId="1FEC8EB5" w:rsidR="00AE1D53" w:rsidRPr="000C70D8" w:rsidRDefault="002F6A65">
            <w:pPr>
              <w:rPr>
                <w:rFonts w:ascii="Times New Roman" w:eastAsia="宋体" w:hAnsi="Times New Roman" w:cs="Times New Roman"/>
                <w:b/>
                <w:color w:val="1F4E79"/>
                <w:sz w:val="18"/>
                <w:szCs w:val="18"/>
                <w:lang w:eastAsia="zh-CN"/>
              </w:rPr>
            </w:pPr>
            <w:r w:rsidRPr="000C70D8">
              <w:rPr>
                <w:rFonts w:ascii="Times New Roman" w:hAnsi="Times New Roman" w:cs="Times New Roman"/>
                <w:b/>
                <w:color w:val="1F4E79"/>
                <w:sz w:val="14"/>
                <w:szCs w:val="18"/>
              </w:rPr>
              <w:t xml:space="preserve">Cégszerű aláírás és szervezeti bélyegző </w:t>
            </w:r>
          </w:p>
        </w:tc>
        <w:tc>
          <w:tcPr>
            <w:tcW w:w="6251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BE9D6D6" w14:textId="77777777" w:rsidR="00DD5F40" w:rsidRPr="000C70D8" w:rsidRDefault="00DD5F40">
            <w:pPr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</w:p>
          <w:p w14:paraId="02D66B80" w14:textId="77777777" w:rsidR="002F6A65" w:rsidRPr="000C70D8" w:rsidRDefault="002F6A65">
            <w:pPr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</w:p>
          <w:p w14:paraId="0C527656" w14:textId="77777777" w:rsidR="00F77F8A" w:rsidRPr="000C70D8" w:rsidRDefault="00F77F8A">
            <w:pPr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</w:p>
          <w:p w14:paraId="13D5AABA" w14:textId="24FD4B59" w:rsidR="00F77F8A" w:rsidRPr="000C70D8" w:rsidRDefault="00F77F8A">
            <w:pPr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AE1D53" w:rsidRPr="000C70D8" w14:paraId="7A71C81D" w14:textId="77777777" w:rsidTr="000C70D8">
        <w:trPr>
          <w:jc w:val="center"/>
        </w:trPr>
        <w:tc>
          <w:tcPr>
            <w:tcW w:w="3109" w:type="dxa"/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7D6A888" w14:textId="77777777" w:rsidR="00AE1D53" w:rsidRPr="000C70D8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C70D8">
              <w:rPr>
                <w:rFonts w:ascii="Times New Roman" w:hAnsi="Times New Roman" w:cs="Times New Roman"/>
                <w:b/>
                <w:color w:val="1F4E79"/>
                <w:sz w:val="14"/>
                <w:szCs w:val="18"/>
              </w:rPr>
              <w:t>Dátum</w:t>
            </w:r>
          </w:p>
        </w:tc>
        <w:tc>
          <w:tcPr>
            <w:tcW w:w="6251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10C2845" w14:textId="6D7462C0" w:rsidR="00AE1D53" w:rsidRPr="000C70D8" w:rsidRDefault="00AE1D53">
            <w:pPr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</w:p>
        </w:tc>
      </w:tr>
    </w:tbl>
    <w:p w14:paraId="786145D0" w14:textId="77777777" w:rsidR="00D84D45" w:rsidRDefault="00D84D45">
      <w:pPr>
        <w:pStyle w:val="21"/>
        <w:rPr>
          <w:rFonts w:ascii="Times New Roman" w:eastAsia="宋体" w:hAnsi="Times New Roman" w:cs="Times New Roman"/>
          <w:sz w:val="24"/>
          <w:szCs w:val="24"/>
          <w:lang w:eastAsia="zh-CN"/>
        </w:rPr>
      </w:pPr>
    </w:p>
    <w:p w14:paraId="7A16F3D9" w14:textId="0FC7A067" w:rsidR="00AE1D53" w:rsidRPr="000C70D8" w:rsidRDefault="00000000">
      <w:pPr>
        <w:pStyle w:val="21"/>
        <w:rPr>
          <w:rFonts w:ascii="Times New Roman" w:hAnsi="Times New Roman" w:cs="Times New Roman"/>
          <w:sz w:val="24"/>
          <w:szCs w:val="24"/>
        </w:rPr>
      </w:pPr>
      <w:r w:rsidRPr="000C70D8">
        <w:rPr>
          <w:rFonts w:ascii="Times New Roman" w:hAnsi="Times New Roman" w:cs="Times New Roman"/>
          <w:sz w:val="24"/>
          <w:szCs w:val="24"/>
        </w:rPr>
        <w:t>Csak a szervező részére</w:t>
      </w:r>
    </w:p>
    <w:tbl>
      <w:tblPr>
        <w:tblStyle w:val="aff1"/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3109"/>
        <w:gridCol w:w="6251"/>
      </w:tblGrid>
      <w:tr w:rsidR="00AE1D53" w:rsidRPr="000C70D8" w14:paraId="5FFE4E2D" w14:textId="77777777" w:rsidTr="000C70D8">
        <w:trPr>
          <w:jc w:val="center"/>
        </w:trPr>
        <w:tc>
          <w:tcPr>
            <w:tcW w:w="3109" w:type="dxa"/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95BAA6" w14:textId="77777777" w:rsidR="00AE1D53" w:rsidRPr="000C70D8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C70D8">
              <w:rPr>
                <w:rFonts w:ascii="Times New Roman" w:hAnsi="Times New Roman" w:cs="Times New Roman"/>
                <w:b/>
                <w:color w:val="1F4E79"/>
                <w:sz w:val="14"/>
                <w:szCs w:val="18"/>
              </w:rPr>
              <w:t>Elbírálás eredménye</w:t>
            </w:r>
          </w:p>
        </w:tc>
        <w:tc>
          <w:tcPr>
            <w:tcW w:w="6251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2918981" w14:textId="77777777" w:rsidR="00DD5F40" w:rsidRPr="000C70D8" w:rsidRDefault="00000000">
            <w:pPr>
              <w:rPr>
                <w:rFonts w:ascii="Times New Roman" w:eastAsia="宋体" w:hAnsi="Times New Roman" w:cs="Times New Roman"/>
                <w:color w:val="111111"/>
                <w:sz w:val="18"/>
                <w:szCs w:val="18"/>
                <w:lang w:eastAsia="zh-CN"/>
              </w:rPr>
            </w:pPr>
            <w:r w:rsidRPr="000C70D8">
              <w:rPr>
                <w:rFonts w:ascii="Segoe UI Symbol" w:hAnsi="Segoe UI Symbol" w:cs="Segoe UI Symbol"/>
                <w:color w:val="111111"/>
                <w:sz w:val="14"/>
                <w:szCs w:val="18"/>
              </w:rPr>
              <w:t xml:space="preserve">☐ Jelentkezés elfogadva   </w:t>
            </w:r>
          </w:p>
          <w:p w14:paraId="230E5D27" w14:textId="77777777" w:rsidR="003D3C4E" w:rsidRDefault="00000000">
            <w:pPr>
              <w:rPr>
                <w:rFonts w:ascii="Times New Roman" w:eastAsia="宋体" w:hAnsi="Times New Roman" w:cs="Times New Roman"/>
                <w:color w:val="111111"/>
                <w:sz w:val="18"/>
                <w:szCs w:val="18"/>
                <w:lang w:eastAsia="zh-CN"/>
              </w:rPr>
            </w:pPr>
            <w:r w:rsidRPr="000C70D8">
              <w:rPr>
                <w:rFonts w:ascii="Segoe UI Symbol" w:hAnsi="Segoe UI Symbol" w:cs="Segoe UI Symbol"/>
                <w:color w:val="111111"/>
                <w:sz w:val="14"/>
                <w:szCs w:val="18"/>
              </w:rPr>
              <w:t xml:space="preserve">☐ További információ szükséges </w:t>
            </w:r>
          </w:p>
          <w:p w14:paraId="54266505" w14:textId="79185C6F" w:rsidR="00547FA3" w:rsidRPr="000C70D8" w:rsidRDefault="003D3C4E">
            <w:pPr>
              <w:rPr>
                <w:rFonts w:ascii="Times New Roman" w:eastAsia="宋体" w:hAnsi="Times New Roman" w:cs="Times New Roman"/>
                <w:color w:val="111111"/>
                <w:sz w:val="18"/>
                <w:szCs w:val="18"/>
                <w:lang w:eastAsia="zh-CN"/>
              </w:rPr>
            </w:pPr>
            <w:r w:rsidRPr="000C70D8">
              <w:rPr>
                <w:rFonts w:ascii="Segoe UI Symbol" w:hAnsi="Segoe UI Symbol" w:cs="Segoe UI Symbol"/>
                <w:color w:val="111111"/>
                <w:sz w:val="14"/>
                <w:szCs w:val="18"/>
              </w:rPr>
              <w:t xml:space="preserve">☐ Elutasítva </w:t>
            </w:r>
          </w:p>
        </w:tc>
      </w:tr>
      <w:tr w:rsidR="00AE1D53" w:rsidRPr="000C70D8" w14:paraId="63F2AA69" w14:textId="77777777" w:rsidTr="000C70D8">
        <w:trPr>
          <w:jc w:val="center"/>
        </w:trPr>
        <w:tc>
          <w:tcPr>
            <w:tcW w:w="3109" w:type="dxa"/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A09FAA0" w14:textId="372AEAC9" w:rsidR="00AE1D53" w:rsidRPr="000C70D8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C70D8">
              <w:rPr>
                <w:rFonts w:ascii="Times New Roman" w:hAnsi="Times New Roman" w:cs="Times New Roman"/>
                <w:b/>
                <w:color w:val="1F4E79"/>
                <w:sz w:val="14"/>
                <w:szCs w:val="18"/>
              </w:rPr>
              <w:t>Javasolt részvételi forma/terület</w:t>
            </w:r>
          </w:p>
        </w:tc>
        <w:tc>
          <w:tcPr>
            <w:tcW w:w="6251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BE0A3A5" w14:textId="46EE094A" w:rsidR="00AE1D53" w:rsidRPr="000C70D8" w:rsidRDefault="00AE1D53">
            <w:pPr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AE1D53" w:rsidRPr="000C70D8" w14:paraId="6A6819FC" w14:textId="77777777" w:rsidTr="000C70D8">
        <w:trPr>
          <w:jc w:val="center"/>
        </w:trPr>
        <w:tc>
          <w:tcPr>
            <w:tcW w:w="3109" w:type="dxa"/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F806432" w14:textId="77777777" w:rsidR="00AE1D53" w:rsidRPr="000C70D8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C70D8">
              <w:rPr>
                <w:rFonts w:ascii="Times New Roman" w:hAnsi="Times New Roman" w:cs="Times New Roman"/>
                <w:b/>
                <w:color w:val="1F4E79"/>
                <w:sz w:val="14"/>
                <w:szCs w:val="18"/>
              </w:rPr>
              <w:t>Megjegyzések</w:t>
            </w:r>
          </w:p>
        </w:tc>
        <w:tc>
          <w:tcPr>
            <w:tcW w:w="6251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B90BB24" w14:textId="34E733ED" w:rsidR="00D84D45" w:rsidRPr="000C70D8" w:rsidRDefault="00D84D45">
            <w:pPr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</w:p>
        </w:tc>
      </w:tr>
    </w:tbl>
    <w:p w14:paraId="36B9C472" w14:textId="77777777" w:rsidR="00ED65AC" w:rsidRPr="000C70D8" w:rsidRDefault="00ED65AC">
      <w:pPr>
        <w:rPr>
          <w:rFonts w:ascii="Times New Roman" w:hAnsi="Times New Roman" w:cs="Times New Roman"/>
        </w:rPr>
      </w:pPr>
    </w:p>
    <w:sectPr w:rsidR="00ED65AC" w:rsidRPr="000C70D8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5" w:h="16838"/>
      <w:pgMar w:top="893" w:right="979" w:bottom="893" w:left="979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D75814" w14:textId="77777777" w:rsidR="001303AF" w:rsidRDefault="001303AF">
      <w:pPr>
        <w:spacing w:after="0" w:line="240" w:lineRule="auto"/>
      </w:pPr>
      <w:r>
        <w:separator/>
      </w:r>
    </w:p>
  </w:endnote>
  <w:endnote w:type="continuationSeparator" w:id="0">
    <w:p w14:paraId="78A42CFE" w14:textId="77777777" w:rsidR="001303AF" w:rsidRDefault="001303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xpo SimSun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30698" w14:textId="77777777" w:rsidR="00DD5F40" w:rsidRDefault="00DD5F40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1740414"/>
      <w:docPartObj>
        <w:docPartGallery w:val="Page Numbers (Bottom of Page)"/>
        <w:docPartUnique/>
      </w:docPartObj>
    </w:sdtPr>
    <w:sdtContent>
      <w:p w14:paraId="43CDA332" w14:textId="0EF9F9C6" w:rsidR="00F77F8A" w:rsidRDefault="00F77F8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 w:eastAsia="zh-CN"/>
          </w:rPr>
          <w:t>2</w:t>
        </w:r>
        <w:r>
          <w:fldChar w:fldCharType="end"/>
        </w:r>
      </w:p>
    </w:sdtContent>
  </w:sdt>
  <w:p w14:paraId="0A1920BC" w14:textId="15229663" w:rsidR="00AE1D53" w:rsidRDefault="00AE1D53">
    <w:pPr>
      <w:pStyle w:val="a7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12343" w14:textId="77777777" w:rsidR="00DD5F40" w:rsidRDefault="00DD5F4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F32B29" w14:textId="77777777" w:rsidR="001303AF" w:rsidRDefault="001303AF">
      <w:pPr>
        <w:spacing w:after="0" w:line="240" w:lineRule="auto"/>
      </w:pPr>
      <w:r>
        <w:separator/>
      </w:r>
    </w:p>
  </w:footnote>
  <w:footnote w:type="continuationSeparator" w:id="0">
    <w:p w14:paraId="22DE9F79" w14:textId="77777777" w:rsidR="001303AF" w:rsidRDefault="001303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67F15" w14:textId="77777777" w:rsidR="00DD5F40" w:rsidRDefault="00DD5F40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410C1" w14:textId="237E7882" w:rsidR="00F77F8A" w:rsidRDefault="00F77F8A">
    <w:pPr>
      <w:pStyle w:val="a5"/>
    </w:pPr>
    <w:r>
      <w:rPr>
        <w:noProof/>
      </w:rPr>
      <w:drawing>
        <wp:inline distT="0" distB="0" distL="0" distR="0" wp14:anchorId="3340C15F" wp14:editId="411F84EF">
          <wp:extent cx="1866900" cy="286407"/>
          <wp:effectExtent l="0" t="0" r="0" b="0"/>
          <wp:docPr id="86404108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8712" cy="2897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806B148" w14:textId="77777777" w:rsidR="00DD5F40" w:rsidRDefault="00DD5F40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74145C" w14:textId="77777777" w:rsidR="00DD5F40" w:rsidRDefault="00DD5F40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58051898">
    <w:abstractNumId w:val="8"/>
  </w:num>
  <w:num w:numId="2" w16cid:durableId="1901164243">
    <w:abstractNumId w:val="6"/>
  </w:num>
  <w:num w:numId="3" w16cid:durableId="1503277589">
    <w:abstractNumId w:val="5"/>
  </w:num>
  <w:num w:numId="4" w16cid:durableId="929123206">
    <w:abstractNumId w:val="4"/>
  </w:num>
  <w:num w:numId="5" w16cid:durableId="252859033">
    <w:abstractNumId w:val="7"/>
  </w:num>
  <w:num w:numId="6" w16cid:durableId="515465037">
    <w:abstractNumId w:val="3"/>
  </w:num>
  <w:num w:numId="7" w16cid:durableId="386150705">
    <w:abstractNumId w:val="2"/>
  </w:num>
  <w:num w:numId="8" w16cid:durableId="1362239214">
    <w:abstractNumId w:val="1"/>
  </w:num>
  <w:num w:numId="9" w16cid:durableId="25303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C70D8"/>
    <w:rsid w:val="000E3B77"/>
    <w:rsid w:val="001303AF"/>
    <w:rsid w:val="0015074B"/>
    <w:rsid w:val="00175585"/>
    <w:rsid w:val="002002E6"/>
    <w:rsid w:val="0029639D"/>
    <w:rsid w:val="002F6A65"/>
    <w:rsid w:val="00326F90"/>
    <w:rsid w:val="00395EF2"/>
    <w:rsid w:val="003D3C4E"/>
    <w:rsid w:val="00547FA3"/>
    <w:rsid w:val="007739E4"/>
    <w:rsid w:val="00A619FB"/>
    <w:rsid w:val="00AA1D8D"/>
    <w:rsid w:val="00AE1D53"/>
    <w:rsid w:val="00B47730"/>
    <w:rsid w:val="00CB0664"/>
    <w:rsid w:val="00D052B0"/>
    <w:rsid w:val="00D84D45"/>
    <w:rsid w:val="00DD5F40"/>
    <w:rsid w:val="00EC6690"/>
    <w:rsid w:val="00ED65AC"/>
    <w:rsid w:val="00EF0D99"/>
    <w:rsid w:val="00F77F8A"/>
    <w:rsid w:val="00FA4F13"/>
    <w:rsid w:val="00FB6BC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6E8AB10"/>
  <w14:defaultImageDpi w14:val="300"/>
  <w15:docId w15:val="{DAB8C310-3DCF-47CC-AA6F-9B0F9247C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00"/>
    </w:pPr>
    <w:rPr>
      <w:rFonts w:ascii="Arial" w:eastAsia="Expo SimSun" w:hAnsi="Arial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/>
      <w:b/>
      <w:bCs/>
      <w:color w:val="1F4E79"/>
      <w:sz w:val="32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1F4E79"/>
      <w:sz w:val="25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140" w:after="60"/>
      <w:outlineLvl w:val="2"/>
    </w:pPr>
    <w:rPr>
      <w:rFonts w:asciiTheme="majorHAnsi" w:eastAsiaTheme="majorEastAsia" w:hAnsiTheme="majorHAnsi" w:cstheme="majorBidi"/>
      <w:b/>
      <w:bCs/>
      <w:color w:val="294E6B"/>
      <w:sz w:val="22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520</Words>
  <Characters>2966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Kang Yang</cp:lastModifiedBy>
  <cp:revision>12</cp:revision>
  <dcterms:created xsi:type="dcterms:W3CDTF">2013-12-23T23:15:00Z</dcterms:created>
  <dcterms:modified xsi:type="dcterms:W3CDTF">2026-08-21T15:31:00Z</dcterms:modified>
  <cp:category/>
</cp:coreProperties>
</file>